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שמונה המשימות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משימות הבנה למשימות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את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את המשפט החשוב ביותר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שייכות לקבוצת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שהלוח מתאים לכל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משימה אחת מקבוצת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משלימים את משימת ההבנה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שתי משימות שונות מתוך הרשימה (אחת הבנה ואחת יצירה) ויסביר בקצרה את הבחירה בהתאם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הבנה נעשות לפני משימות יצירה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מתוך רשימת שמונה המשימות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וקשור לעלילת הסיפור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ולהדגים בחירה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אחת מכל קבוצה לפני שהתלמידים בוחרים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בקובייה כדי לבחור משימה באקראי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בוחרים משימה אחת מקבוצת קודם מבינים ומשימה אחת מקבוצת ואז יוצרים, לכל סיפור שקוראים.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במשימת רצף העלילה?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את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מציירים את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 משימת משפט המפתח?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את המשפט החשוב ביותר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לשרטט 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משימות ההבנה כוללות כרטיס דמות ומפת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להשתמש בלוח הבחירה עם כל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משימה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משימה אחת מקבוצת קודם מבינים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משלימים את משימת ההבנה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יצירה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שקראתם לאחרונה. כתבו איזו משימת הבנה ואיזו משימת יצירה הייתם בוחרים 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למשימת הבנה ודוגמה אחת למשימת 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