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שמונה המשימות בלוח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משימות הבנה למשימות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המשימה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כותבים את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לבחור את המשפט החשוב ביותר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מחשבות ורגשות כאילו הם דמות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דיבור של דמות אחת שמספרת את רגשותיה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משימה אחת בכל שורה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שייכות לקבוצת קודם 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שייך לקבוצת ואז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שהלוח מתאים לכל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כפתור קובייה שבוחר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בוחרים רק משימה אחת מכל 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משימה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(להבין)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העבודה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משימה אחת מקבוצת קודם 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משלימים את משימת ההבנה שנבחרה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משימה אחת מקבוצת ואז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משלימים את משימת היצירה שנבחרה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יצירה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שתי משימות שונות מתוך הרשימה (אחת הבנה ואחת יצירה) ויסביר בקצרה את הבחירה בהתאם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הבנה נעשות לפני משימות יצירה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נכונה מתוך רשימת שמונה המשימות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וקשור לעלילת הסיפור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במצב מקרן ולהדגים בחירה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משותפת אחת מכל קבוצה לפני שהתלמידים בוחרים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בקובייה כדי לבחור משימה באקראי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משימות על סיפורים. קודם בוחרים משימה שמבינים בה את הסיפור, ואחר כך בוחרים משימה שיוצרים בה משהו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 מההתחלה עד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קצר של דמות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המפתח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החשוב ביותר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מפת האירועים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או ציור של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כאילו אתם דמות שכותבת ביומן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 לדמות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שכותבים אל דמות מהסיפור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של דמות אחת שמספרת מה היא מרגישה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 אחר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חדש וממציא לסיפור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ברצף העלילה?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את סדר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מציירים את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ממציאים סוף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במשפט המפתח?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לבחור את המשפט החשוב ביותר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לשרטט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לדמיין סוף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בדף 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לעוגה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מחשבות ורגשות כאילו הם דמות מהסיפור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כללי דקדוק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מונולוג?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טבלת 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של דמות אחת שמספרת את רגשותיה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מפת 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ביקור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משימות בוחרים?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משימה אחת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משימות בכל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משימה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משימות ההבנה כוללות כרטיס דמות ומפת האירועים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לדמות שייך לקבוצת קודם מבינים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בלוח הבחירה עם כל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הקובייה בלוח בוחרת משימה באקראי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לבצע את כל שמונה המשימות בכל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משימה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דף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העבודה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מקבוצת קודם מבינים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מקבוצת ואז יוצרים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משימת היצירה שנבחרה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את משימת ההבנה שנבחרה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יצירה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סיפור שקראתם לאחרונה. כתבו איזו משימת הבנה ואיזו משימת יצירה הייתם בוחרים לו,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משימת הבנה למשימת יצירה?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הבנה ודוגמה אחת למשימת יצירה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משימה הייתם בוחרים לסיפור שאהבתם,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