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לוחות בחירה לטקסט סיפורי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לוח בחירה לטקסט סיפורי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שמונה המשימות בלוח הבחירה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משימות הבנה למשימות יצירה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התאמה בין שם המשימה לתיאור שלה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המשימות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כותבים את סדר האירועים בסיפור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לבחור את המשפט החשוב ביותר בסיפור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מחשבות ורגשות כאילו הם דמות מהסיפור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דיבור של דמות אחת שמספרת את רגשותיה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משימה אחת בכל שורה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שתיהן שייכות לקבוצת קודם מבינים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הוא שייך לקבוצת ואז יוצרים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כתוב בדף שהלוח מתאים לכל 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יש כפתור קובייה שבוחר משימה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בוחרים רק משימה אחת מכל קבוצה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התאמת משימה לקבוצה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א (להבין)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ו (להבין)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(ליצור)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(ליצור)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(ליצור)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ג (להבין)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סדר העבודה בלוח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כותבים את שם הסיפור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בוחרים משימה אחת מקבוצת קודם מבינים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משלימים את משימת ההבנה שנבחרה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בוחרים משימה אחת מקבוצת ואז יוצרים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משלימים את משימת היצירה שנבחרה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יצירה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תלמיד יבחר שתי משימות שונות מתוך הרשימה (אחת הבנה ואחת יצירה) ויסביר בקצרה את הבחירה בהתאם לעלילת הסיפור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משימות הבנה נעשות לפני משימות יצירה בלוח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דוגמה נכונה מתוך רשימת שמונה המשימות מתקבלת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הסבר קצר וקשור לעלילת הסיפור שנבחר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את הלוח במצב מקרן ולהדגים בחירה לפני העבודה העצמאית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לתת דוגמה משותפת אחת מכל קבוצה לפני שהתלמידים בוחרים לבד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להשתמש בקובייה כדי לבחור משימה באקראי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לוחות בחירה לטקסט סיפורי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לוח בחירה לטקסט סיפורי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בלוח הבחירה בוחרים משימה אחת מקבוצת קודם מבינים ומשימה אחת מקבוצת ואז יוצרים, לכל סיפור שקוראים.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המשימות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עושים במשימת רצף העלילה?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כותבים את סדר האירועים בסיפור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מציירים את הדמות הראשית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כותבים מכתב לדמות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ממציאים סוף חדש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מהי מטרת משימת משפט המפתח?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לבחור את המשפט החשוב ביותר בסיפור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לכתוב יומן אישי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לשרטט מפה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לדמיין סוף אחר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במשימת דף יומן כותבים...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מתכון לעוגה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מחשבות ורגשות כאילו הם דמות מהסיפור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כללי דקדוק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רשימת קניות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מהי משימת מונולוג?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טבלת נתונים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דיבור של דמות אחת שמספרת את רגשותיה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מפת דרכים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כרטיס ביקור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כמה משימות בוחרים בכל שורה בלוח?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משימה אחת בכל שורה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שתי משימות בכל שורה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את כל המשימות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אף משימה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משימות ההבנה כוללות כרטיס דמות ומפת האירועים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מכתב לדמות שייך לקבוצת קודם מבינים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להשתמש בלוח הבחירה עם כל סיפור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הקובייה בלוח בוחרת משימה באקראי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חייבים לבצע את כל שמונה המשימות בכל פעם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התאמת משימה לקבוצה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רצף העלילה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להבין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כרטיס דמות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ליצור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דף יומן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להבין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מכתב לדמות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ליצור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מונולוג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ליצור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מפת האירועים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להבין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סדר העבודה בלוח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בוחרים משימה אחת מקבוצת ואז יוצרים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כותבים את שם הסיפור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בוחרים משימה אחת מקבוצת קודם מבינים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משלימים את משימת היצירה שנבחרה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משלימים את משימת ההבנה שנבחרה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יצירה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סיפור שקראתם לאחרונה. כתבו איזו משימת הבנה ואיזו משימת יצירה הייתם בוחרים לו, ולמה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משימת הבנה למשימת יצירה?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למשימת הבנה ודוגמה אחת למשימת יצירה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איזו משימה הייתם בוחרים לסיפור שאהבתם, ולמה?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לוח בחירה לטקסט סיפורי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